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ДОДАТКИ ДО ДОГОВОРУ ПРО ДОВГОСТРОКОВУ СПІВПРАЦЮ</w:t>
      </w:r>
    </w:p>
    <w:p>
      <w:pPr>
        <w:pStyle w:val="Heading2"/>
      </w:pPr>
      <w:r>
        <w:t>Додаток №1. Заявка на проведення дослідження</w:t>
      </w:r>
    </w:p>
    <w:p>
      <w:r>
        <w:t>Замовник: ______________________</w:t>
        <w:br/>
        <w:t>Контактна особа: __________________</w:t>
        <w:br/>
        <w:t>Дата заявки: __________</w:t>
        <w:br/>
        <w:t>Кількість осіб: ________</w:t>
        <w:br/>
        <w:t>Місце проведення: __________________</w:t>
        <w:br/>
        <w:t>Бажана дата та час: ________________</w:t>
        <w:br/>
        <w:t>Мета дослідження: __________________</w:t>
        <w:br/>
        <w:t>Перелік питань: ____________________</w:t>
        <w:br/>
        <w:t>Особливі умови: ____________________</w:t>
        <w:br/>
        <w:t>Підпис уповноваженої особи __________</w:t>
      </w:r>
    </w:p>
    <w:p>
      <w:pPr>
        <w:pStyle w:val="Heading2"/>
      </w:pPr>
      <w:r>
        <w:t>Додаток №2. Протокол погодження вартості</w:t>
      </w:r>
    </w:p>
    <w:p>
      <w:r>
        <w:t>Послуга ______________________</w:t>
        <w:br/>
        <w:t>Кількість досліджень ______</w:t>
        <w:br/>
        <w:t>Вартість одного дослідження ______ грн.</w:t>
        <w:br/>
        <w:t>Додаткові витрати __________</w:t>
        <w:br/>
        <w:t>Загальна вартість __________ грн.</w:t>
        <w:br/>
        <w:t>Строк оплати ______________</w:t>
        <w:br/>
        <w:t>Підписи Сторін.</w:t>
      </w:r>
    </w:p>
    <w:p>
      <w:pPr>
        <w:pStyle w:val="Heading2"/>
      </w:pPr>
      <w:r>
        <w:t>Додаток №3. Акт приймання-передачі послуг</w:t>
      </w:r>
    </w:p>
    <w:p>
      <w:r>
        <w:t>Сторони підтверджують, що Виконавець надав, а Замовник прийняв послуги у повному обсязі. Претензій щодо обсягу, якості та строків не має.</w:t>
        <w:br/>
        <w:t>Найменування послуг: __________</w:t>
        <w:br/>
        <w:t>Кількість: ______</w:t>
        <w:br/>
        <w:t>Вартість: ______</w:t>
        <w:br/>
        <w:t>Підписи Сторін.</w:t>
      </w:r>
    </w:p>
    <w:p>
      <w:pPr>
        <w:pStyle w:val="Heading2"/>
      </w:pPr>
      <w:r>
        <w:t>Додаток №4. Добровільна згода на дослідження</w:t>
      </w:r>
    </w:p>
    <w:p>
      <w:r>
        <w:t>Я, ____________________, добровільно погоджуюсь на проведення психофізіологічного дослідження із застосуванням поліграфа, підтверджую отримання роз'яснень щодо мети, порядку проведення та права відмовитися до початку дослідження.</w:t>
        <w:br/>
        <w:t>Дата ________ Підпис ________.</w:t>
      </w:r>
    </w:p>
    <w:p>
      <w:pPr>
        <w:pStyle w:val="Heading2"/>
      </w:pPr>
      <w:r>
        <w:t>Додаток №5. Угода про нерозголошення (NDA)</w:t>
      </w:r>
    </w:p>
    <w:p>
      <w:r>
        <w:t>Сторони зобов'язуються не розголошувати інформацію, отриману під час виконання договору, без письмової згоди іншої Сторони, крім випадків, передбачених законом. Обов'язок конфіденційності діє протягом 5 років після припинення договору.</w:t>
      </w:r>
    </w:p>
    <w:p>
      <w:pPr>
        <w:pStyle w:val="Heading2"/>
      </w:pPr>
      <w:r>
        <w:t>Додаток №6. Регламент взаємодії</w:t>
      </w:r>
    </w:p>
    <w:p>
      <w:r>
        <w:t>1. Заявка подається не пізніше ніж за 2 робочі дні.</w:t>
        <w:br/>
        <w:t>2. Замовник забезпечує добровільну участь особи.</w:t>
        <w:br/>
        <w:t>3. Виконавець самостійно визначає методику дослідження.</w:t>
        <w:br/>
        <w:t>4. Висновок передається уповноваженій особі Замовника.</w:t>
        <w:br/>
        <w:t>5. Матеріали дослідження зберігаються Виконавцем відповідно до внутрішніх правил та законодавства.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